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C03C2" w14:textId="77777777" w:rsidR="006F7752" w:rsidRDefault="00000000">
      <w:pPr>
        <w:pStyle w:val="Nzev"/>
      </w:pPr>
      <w:r>
        <w:t>Reklamační formulář AZcentrum</w:t>
      </w:r>
    </w:p>
    <w:p w14:paraId="77D8F60D" w14:textId="77777777" w:rsidR="006F7752" w:rsidRDefault="00000000">
      <w:r>
        <w:t>AZcentrum Pokorný, s.r.o. • Mašatova 29, 148 00 Praha 4 – Kunratice</w:t>
      </w:r>
    </w:p>
    <w:p w14:paraId="596442FD" w14:textId="77777777" w:rsidR="006F7752" w:rsidRDefault="00000000">
      <w:r>
        <w:t>Doplňte údaje a popište závadu. Formulář můžete vyplnit ve Wordu nebo vytisknout. Vyplněný dokument nám pošlete jako přílohu e-mailu nebo předejte s výrobkem.</w:t>
      </w:r>
    </w:p>
    <w:p w14:paraId="766ABDE5" w14:textId="77777777" w:rsidR="006F7752" w:rsidRDefault="00000000">
      <w:pPr>
        <w:pStyle w:val="Nadpis1"/>
      </w:pPr>
      <w:r>
        <w:t>1 Kontaktní údaje</w:t>
      </w:r>
    </w:p>
    <w:p w14:paraId="78040029" w14:textId="77777777" w:rsidR="006F7752" w:rsidRDefault="00000000">
      <w:r>
        <w:t>Jméno a příjmení:  ................................................................................................................</w:t>
      </w:r>
    </w:p>
    <w:p w14:paraId="4C871C68" w14:textId="77777777" w:rsidR="006F7752" w:rsidRDefault="00000000">
      <w:r>
        <w:t>Telefon:  ................................................................................................................</w:t>
      </w:r>
    </w:p>
    <w:p w14:paraId="765990D4" w14:textId="77777777" w:rsidR="006F7752" w:rsidRDefault="00000000">
      <w:r>
        <w:t>E-mail:  ................................................................................................................</w:t>
      </w:r>
    </w:p>
    <w:p w14:paraId="6516070E" w14:textId="77777777" w:rsidR="006F7752" w:rsidRDefault="00000000">
      <w:r>
        <w:t>Adresa:  ................................................................................................................</w:t>
      </w:r>
    </w:p>
    <w:p w14:paraId="19198F76" w14:textId="77777777" w:rsidR="006F7752" w:rsidRDefault="00000000">
      <w:pPr>
        <w:pStyle w:val="Nadpis1"/>
      </w:pPr>
      <w:r>
        <w:t>2 Informace o nákupu</w:t>
      </w:r>
    </w:p>
    <w:p w14:paraId="04A16083" w14:textId="77777777" w:rsidR="006F7752" w:rsidRDefault="00000000">
      <w:r>
        <w:t>Číslo objednávky / dokladu:  ................................................................................................................</w:t>
      </w:r>
    </w:p>
    <w:p w14:paraId="3E002F5F" w14:textId="77777777" w:rsidR="006F7752" w:rsidRDefault="00000000">
      <w:r>
        <w:t>Datum nákupu:  ................................................................................................................</w:t>
      </w:r>
    </w:p>
    <w:p w14:paraId="282628AE" w14:textId="77777777" w:rsidR="006F7752" w:rsidRDefault="00000000">
      <w:r>
        <w:t>Pokud číslo objednávky nebo dokladu neznáte, uveďte ostatní údaje, podle kterých můžeme nákup dohledat.</w:t>
      </w:r>
    </w:p>
    <w:p w14:paraId="5AF35488" w14:textId="77777777" w:rsidR="006F7752" w:rsidRDefault="00000000">
      <w:pPr>
        <w:pStyle w:val="Nadpis1"/>
      </w:pPr>
      <w:r>
        <w:t>3 Reklamovaný výrobek</w:t>
      </w:r>
    </w:p>
    <w:p w14:paraId="43FEBD86" w14:textId="77777777" w:rsidR="006F7752" w:rsidRDefault="00000000">
      <w:r>
        <w:t>Název výrobku:  ................................................................................................................</w:t>
      </w:r>
    </w:p>
    <w:p w14:paraId="1EB98889" w14:textId="77777777" w:rsidR="006F7752" w:rsidRDefault="00000000">
      <w:r>
        <w:t>Výrobní / sériové číslo:  ................................................................................................................</w:t>
      </w:r>
    </w:p>
    <w:p w14:paraId="4EB7B4DA" w14:textId="77777777" w:rsidR="006F7752" w:rsidRDefault="00000000">
      <w:pPr>
        <w:pStyle w:val="Nadpis1"/>
      </w:pPr>
      <w:r>
        <w:t>4 Popis závady</w:t>
      </w:r>
    </w:p>
    <w:p w14:paraId="78A1FB2A" w14:textId="77777777" w:rsidR="006F7752" w:rsidRDefault="00000000">
      <w:r>
        <w:t>Jak se závada projevuje:</w:t>
      </w:r>
    </w:p>
    <w:p w14:paraId="792D70A4" w14:textId="77777777" w:rsidR="006F7752" w:rsidRDefault="00000000">
      <w:r>
        <w:t>........................................................................................................................................</w:t>
      </w:r>
    </w:p>
    <w:p w14:paraId="5F47437B" w14:textId="77777777" w:rsidR="006F7752" w:rsidRDefault="00000000">
      <w:r>
        <w:t>........................................................................................................................................</w:t>
      </w:r>
    </w:p>
    <w:p w14:paraId="4BF4A1EB" w14:textId="77777777" w:rsidR="006F7752" w:rsidRDefault="00000000">
      <w:r>
        <w:t>Datum zjištění závady:  ................................................................................................................</w:t>
      </w:r>
    </w:p>
    <w:p w14:paraId="02F4A538" w14:textId="77777777" w:rsidR="006F7752" w:rsidRDefault="00000000">
      <w:r>
        <w:t>Lze závadu opakovaně vyvolat?  ANO / NE / NEVÍM</w:t>
      </w:r>
    </w:p>
    <w:p w14:paraId="7E72F795" w14:textId="77777777" w:rsidR="006F7752" w:rsidRDefault="00000000">
      <w:pPr>
        <w:pStyle w:val="Nadpis1"/>
      </w:pPr>
      <w:r>
        <w:t>5 Požadovaný způsob vyřízení reklamace</w:t>
      </w:r>
    </w:p>
    <w:p w14:paraId="1B910FB6" w14:textId="77777777" w:rsidR="006F7752" w:rsidRDefault="00000000">
      <w:r>
        <w:t>Vybranou možnost označte X.</w:t>
      </w:r>
    </w:p>
    <w:p w14:paraId="271477D6" w14:textId="77777777" w:rsidR="006F7752" w:rsidRDefault="00000000">
      <w:r>
        <w:t>[ ] Oprava výrobku</w:t>
      </w:r>
    </w:p>
    <w:p w14:paraId="5746017E" w14:textId="77777777" w:rsidR="006F7752" w:rsidRDefault="00000000">
      <w:r>
        <w:t>[ ] Výměna výrobku</w:t>
      </w:r>
    </w:p>
    <w:p w14:paraId="1E6918FC" w14:textId="77777777" w:rsidR="006F7752" w:rsidRDefault="00000000">
      <w:r>
        <w:t>[ ] Odstoupení od smlouvy / vrácení peněz</w:t>
      </w:r>
    </w:p>
    <w:p w14:paraId="40F05024" w14:textId="77777777" w:rsidR="006F7752" w:rsidRDefault="00000000">
      <w:r>
        <w:t>[ ] Nechám způsob vyřízení na posouzení reklamace</w:t>
      </w:r>
    </w:p>
    <w:p w14:paraId="5E3F51B0" w14:textId="77777777" w:rsidR="006F7752" w:rsidRDefault="00000000">
      <w:r>
        <w:t>Uvedený způsob představuje váš požadavek. Konkrétní nárok a způsob vyřízení se posuzují podle povahy vady a příslušných právních předpisů.</w:t>
      </w:r>
    </w:p>
    <w:p w14:paraId="3E2DBA42" w14:textId="77777777" w:rsidR="006F7752" w:rsidRDefault="00000000">
      <w:pPr>
        <w:pStyle w:val="Nadpis1"/>
      </w:pPr>
      <w:r>
        <w:t>6 Doplňující informace</w:t>
      </w:r>
    </w:p>
    <w:p w14:paraId="7B4F5056" w14:textId="77777777" w:rsidR="006F7752" w:rsidRDefault="00000000">
      <w:r>
        <w:t>Další informace:</w:t>
      </w:r>
    </w:p>
    <w:p w14:paraId="2CC9F5B2" w14:textId="77777777" w:rsidR="006F7752" w:rsidRDefault="00000000">
      <w:r>
        <w:t>........................................................................................................................................</w:t>
      </w:r>
    </w:p>
    <w:p w14:paraId="5AE36A48" w14:textId="77777777" w:rsidR="006F7752" w:rsidRDefault="00000000">
      <w:r>
        <w:t>........................................................................................................................................</w:t>
      </w:r>
    </w:p>
    <w:p w14:paraId="617123F8" w14:textId="77777777" w:rsidR="006F7752" w:rsidRDefault="00000000">
      <w:pPr>
        <w:pStyle w:val="Nadpis1"/>
      </w:pPr>
      <w:r>
        <w:t>Přílohy</w:t>
      </w:r>
    </w:p>
    <w:p w14:paraId="4C7DDCCD" w14:textId="77777777" w:rsidR="006F7752" w:rsidRDefault="00000000">
      <w:r>
        <w:t>Pokud je to možné, přiložte fotografie nebo video zachycující závadu.</w:t>
      </w:r>
    </w:p>
    <w:sectPr w:rsidR="006F7752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791208">
    <w:abstractNumId w:val="8"/>
  </w:num>
  <w:num w:numId="2" w16cid:durableId="1319504300">
    <w:abstractNumId w:val="6"/>
  </w:num>
  <w:num w:numId="3" w16cid:durableId="1884318884">
    <w:abstractNumId w:val="5"/>
  </w:num>
  <w:num w:numId="4" w16cid:durableId="1357653093">
    <w:abstractNumId w:val="4"/>
  </w:num>
  <w:num w:numId="5" w16cid:durableId="608245162">
    <w:abstractNumId w:val="7"/>
  </w:num>
  <w:num w:numId="6" w16cid:durableId="433673764">
    <w:abstractNumId w:val="3"/>
  </w:num>
  <w:num w:numId="7" w16cid:durableId="2135976395">
    <w:abstractNumId w:val="2"/>
  </w:num>
  <w:num w:numId="8" w16cid:durableId="1004357685">
    <w:abstractNumId w:val="1"/>
  </w:num>
  <w:num w:numId="9" w16cid:durableId="16782653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1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276F"/>
    <w:rsid w:val="0029639D"/>
    <w:rsid w:val="002B4028"/>
    <w:rsid w:val="00326F90"/>
    <w:rsid w:val="006F775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CABF67"/>
  <w14:defaultImageDpi w14:val="300"/>
  <w15:docId w15:val="{4801B94D-2B29-1141-9132-0FB061DC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/>
    </w:pPr>
    <w:rPr>
      <w:rFonts w:ascii="Calibri" w:hAnsi="Calibri"/>
      <w:color w:val="00000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Pokorný 3, Tomáš</cp:lastModifiedBy>
  <cp:revision>2</cp:revision>
  <dcterms:created xsi:type="dcterms:W3CDTF">2013-12-23T23:15:00Z</dcterms:created>
  <dcterms:modified xsi:type="dcterms:W3CDTF">2026-10-04T17:37:00Z</dcterms:modified>
  <cp:category/>
</cp:coreProperties>
</file>